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Peer Feedback Sheet</w:t>
      </w:r>
    </w:p>
    <w:p>
      <w:pPr>
        <w:pStyle w:val="Heading1"/>
      </w:pPr>
      <w:r>
        <w:t>Prompts</w:t>
      </w:r>
    </w:p>
    <w:p>
      <w:r>
        <w:t>- What worked well visually?</w:t>
        <w:br/>
        <w:t>- How effective was the story?</w:t>
        <w:br/>
        <w:t>- Suggestions for improvement:</w:t>
        <w:br/>
        <w:t>- Favourite moment: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