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Essay Planning Sheet</w:t>
      </w:r>
    </w:p>
    <w:p>
      <w:pPr>
        <w:pStyle w:val="Heading1"/>
      </w:pPr>
      <w:r>
        <w:t>Instructions</w:t>
      </w:r>
    </w:p>
    <w:p>
      <w:r>
        <w:t>Plan your analytical essay by outlining your thesis, topic sentences, and evidence.</w:t>
      </w:r>
    </w:p>
    <w:p>
      <w:pPr>
        <w:pStyle w:val="Heading1"/>
      </w:pPr>
      <w:r>
        <w:t>Prompts</w:t>
      </w:r>
    </w:p>
    <w:p>
      <w:r>
        <w:t>- Essay Question:</w:t>
        <w:br/>
        <w:t>- Thesis Statement:</w:t>
        <w:br/>
        <w:t>- Topic Sentences:</w:t>
        <w:br/>
        <w:t>- Supporting Evidence:</w:t>
        <w:br/>
        <w:t>- Conclusion Idea: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